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20E0" w14:textId="77777777" w:rsidR="005900A7" w:rsidRDefault="00000000">
      <w:pPr>
        <w:jc w:val="center"/>
      </w:pPr>
      <w:r>
        <w:rPr>
          <w:b/>
          <w:sz w:val="32"/>
        </w:rPr>
        <w:t>COMUNE DI ROMANA</w:t>
      </w:r>
    </w:p>
    <w:p w14:paraId="35CBF543" w14:textId="77777777" w:rsidR="005900A7" w:rsidRDefault="00000000">
      <w:pPr>
        <w:jc w:val="center"/>
      </w:pPr>
      <w:r>
        <w:rPr>
          <w:b/>
          <w:sz w:val="30"/>
        </w:rPr>
        <w:t>MODULO DI ISCRIZIONE</w:t>
      </w:r>
    </w:p>
    <w:p w14:paraId="6C8CD48B" w14:textId="77777777" w:rsidR="005900A7" w:rsidRDefault="00000000">
      <w:pPr>
        <w:jc w:val="center"/>
      </w:pPr>
      <w:r>
        <w:rPr>
          <w:b/>
        </w:rPr>
        <w:t>Giornata al Parco Acquatico Aquafantasy – Isola Rossa</w:t>
      </w:r>
      <w:r>
        <w:rPr>
          <w:b/>
        </w:rPr>
        <w:br/>
        <w:t>Mercoledì 26 agosto 2026</w:t>
      </w:r>
    </w:p>
    <w:p w14:paraId="71C2C417" w14:textId="77777777" w:rsidR="005900A7" w:rsidRDefault="00000000">
      <w:r>
        <w:t>Il/La sottoscritto/a</w:t>
      </w:r>
    </w:p>
    <w:p w14:paraId="57E9A043" w14:textId="77777777" w:rsidR="005900A7" w:rsidRDefault="00000000">
      <w:r>
        <w:t>Nome e Cognome: ______________________________________________</w:t>
      </w:r>
    </w:p>
    <w:p w14:paraId="38B6188F" w14:textId="77777777" w:rsidR="005900A7" w:rsidRDefault="00000000">
      <w:r>
        <w:t>Nato/a a: __________________________________ il ____/____/________</w:t>
      </w:r>
    </w:p>
    <w:p w14:paraId="3CD90735" w14:textId="77777777" w:rsidR="005900A7" w:rsidRDefault="00000000">
      <w:r>
        <w:t>Codice Fiscale: ________________________________________________</w:t>
      </w:r>
    </w:p>
    <w:p w14:paraId="6CF64D40" w14:textId="77777777" w:rsidR="005900A7" w:rsidRDefault="00000000">
      <w:r>
        <w:t>Residente a: ______________________________ Via: ______________________________</w:t>
      </w:r>
    </w:p>
    <w:p w14:paraId="3FFE77A7" w14:textId="77777777" w:rsidR="005900A7" w:rsidRDefault="00000000">
      <w:r>
        <w:t>Telefono: __________________________________</w:t>
      </w:r>
    </w:p>
    <w:p w14:paraId="20410E9F" w14:textId="77777777" w:rsidR="005900A7" w:rsidRDefault="00000000">
      <w:r>
        <w:t>E-mail: ________________________________________________________</w:t>
      </w:r>
    </w:p>
    <w:p w14:paraId="7ADAB224" w14:textId="77777777" w:rsidR="005900A7" w:rsidRDefault="00000000">
      <w:r>
        <w:rPr>
          <w:b/>
          <w:sz w:val="26"/>
        </w:rPr>
        <w:t>CHIEDE</w:t>
      </w:r>
    </w:p>
    <w:p w14:paraId="32F0FAC0" w14:textId="77777777" w:rsidR="005900A7" w:rsidRDefault="00000000">
      <w:r>
        <w:t>di essere iscritto/a alla giornata al Parco Acquatico Aquafantasy – Isola Rossa, organizzata dal Comune di Romana per il giorno 26 agosto 2026.</w:t>
      </w:r>
    </w:p>
    <w:p w14:paraId="61D07256" w14:textId="77777777" w:rsidR="005900A7" w:rsidRDefault="00000000">
      <w:r>
        <w:t>☐ ADULTO PARTECIPANTE</w:t>
      </w:r>
    </w:p>
    <w:p w14:paraId="14BF3E3D" w14:textId="77777777" w:rsidR="005900A7" w:rsidRDefault="00000000">
      <w:r>
        <w:t>☐ ADULTO ACCOMPAGNATORE DI MINORE</w:t>
      </w:r>
    </w:p>
    <w:p w14:paraId="07C35A58" w14:textId="77777777" w:rsidR="005900A7" w:rsidRDefault="00000000">
      <w:r>
        <w:t>Nel caso di accompagnamento di un minore:</w:t>
      </w:r>
    </w:p>
    <w:p w14:paraId="6C6D8D93" w14:textId="77777777" w:rsidR="005900A7" w:rsidRDefault="00000000">
      <w:r>
        <w:t>Nome e Cognome del minore: ______________________________________</w:t>
      </w:r>
    </w:p>
    <w:p w14:paraId="41DD35AA" w14:textId="77777777" w:rsidR="005900A7" w:rsidRDefault="00000000">
      <w:r>
        <w:t>Data di nascita: ____/____/________</w:t>
      </w:r>
    </w:p>
    <w:p w14:paraId="54AA7080" w14:textId="77777777" w:rsidR="005900A7" w:rsidRDefault="00000000">
      <w:r>
        <w:rPr>
          <w:b/>
          <w:sz w:val="26"/>
        </w:rPr>
        <w:t>AUTORIZZAZIONE AL TRATTAMENTO DEI DATI</w:t>
      </w:r>
    </w:p>
    <w:p w14:paraId="29AACC59" w14:textId="77777777" w:rsidR="005900A7" w:rsidRDefault="00000000">
      <w:r>
        <w:t>Il/La sottoscritto/a dichiara di aver preso visione dell'informativa sul trattamento dei dati personali e autorizza il Comune di Romana al trattamento dei dati forniti esclusivamente per le finalità connesse all'organizzazione e alla gestione dell'iniziativa.</w:t>
      </w:r>
    </w:p>
    <w:p w14:paraId="186E30C0" w14:textId="77777777" w:rsidR="005900A7" w:rsidRDefault="00000000">
      <w:r>
        <w:br/>
        <w:t>Luogo e data: ______________________________</w:t>
      </w:r>
    </w:p>
    <w:p w14:paraId="5650F4FD" w14:textId="77777777" w:rsidR="005900A7" w:rsidRDefault="00000000">
      <w:r>
        <w:br/>
        <w:t>Firma del richiedente: ______________________________________________</w:t>
      </w:r>
    </w:p>
    <w:sectPr w:rsidR="005900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401214">
    <w:abstractNumId w:val="8"/>
  </w:num>
  <w:num w:numId="2" w16cid:durableId="1983996982">
    <w:abstractNumId w:val="6"/>
  </w:num>
  <w:num w:numId="3" w16cid:durableId="1054742794">
    <w:abstractNumId w:val="5"/>
  </w:num>
  <w:num w:numId="4" w16cid:durableId="1516578679">
    <w:abstractNumId w:val="4"/>
  </w:num>
  <w:num w:numId="5" w16cid:durableId="1057584301">
    <w:abstractNumId w:val="7"/>
  </w:num>
  <w:num w:numId="6" w16cid:durableId="186407736">
    <w:abstractNumId w:val="3"/>
  </w:num>
  <w:num w:numId="7" w16cid:durableId="1634873544">
    <w:abstractNumId w:val="2"/>
  </w:num>
  <w:num w:numId="8" w16cid:durableId="14890199">
    <w:abstractNumId w:val="1"/>
  </w:num>
  <w:num w:numId="9" w16cid:durableId="386995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0F58"/>
    <w:rsid w:val="005900A7"/>
    <w:rsid w:val="00603EAC"/>
    <w:rsid w:val="007211B5"/>
    <w:rsid w:val="00AA1D8D"/>
    <w:rsid w:val="00B47730"/>
    <w:rsid w:val="00CB0664"/>
    <w:rsid w:val="00F553E8"/>
    <w:rsid w:val="00FC693F"/>
    <w:rsid w:val="00FD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D67A4"/>
  <w14:defaultImageDpi w14:val="300"/>
  <w15:docId w15:val="{7782C3BB-923E-4DE1-BCC9-989B3D4E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Sanna</cp:lastModifiedBy>
  <cp:revision>3</cp:revision>
  <dcterms:created xsi:type="dcterms:W3CDTF">2026-08-24T10:11:00Z</dcterms:created>
  <dcterms:modified xsi:type="dcterms:W3CDTF">2026-08-24T10:15:00Z</dcterms:modified>
  <cp:category/>
</cp:coreProperties>
</file>